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[Full name]</w:t>
        <w:br/>
        <w:t>[City, Country]</w:t>
        <w:br/>
        <w:t>[Phone] | [Email] | [LinkedIn / Portfolio]</w:t>
      </w:r>
    </w:p>
    <w:p>
      <w:r>
        <w:t>[Date]</w:t>
      </w:r>
    </w:p>
    <w:p>
      <w:r>
        <w:t>[Hiring manager name]</w:t>
        <w:br/>
        <w:t>[Company]</w:t>
        <w:br/>
        <w:t>[Company address or location]</w:t>
      </w:r>
    </w:p>
    <w:p>
      <w:r>
        <w:t>Subject: Application for [Job Title] — [Reference number, if provided]</w:t>
      </w:r>
    </w:p>
    <w:p>
      <w:r>
        <w:t>Dear [Hiring Manager / Hiring Team],</w:t>
      </w:r>
    </w:p>
    <w:p>
      <w:r>
        <w:t>I am applying for the [Job Title] position at [Company]. My experience in [relevant area] and skills in [two relevant skills] match the needs described in the vacancy, particularly [specific requirement from the advertisement].</w:t>
      </w:r>
    </w:p>
    <w:p>
      <w:r>
        <w:t>In my role as [role / project], I [describe one relevant action and outcome]. This experience strengthened my ability to [skill connected to the role]. I can also contribute [second relevant example or capability], supported by [brief evidence].</w:t>
      </w:r>
    </w:p>
    <w:p>
      <w:r>
        <w:t>I am interested in this opportunity because [specific, truthful reason connected to the employer, role or work]. I would welcome the chance to discuss how my background can support [team, service or business goal].</w:t>
      </w:r>
    </w:p>
    <w:p>
      <w:r>
        <w:t>Thank you for considering my application. I look forward to the opportunity to speak with you.</w:t>
      </w:r>
    </w:p>
    <w:p>
      <w:r>
        <w:t>Kind regards,</w:t>
        <w:br/>
        <w:t>[Full name]</w:t>
      </w:r>
    </w:p>
    <w:p>
      <w:r>
        <w:t>Template guidance: Replace all bracketed text, refer to the actual vacancy, use one or two specific examples and check the recipient, company name and job title before sending.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F4E7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F4E7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