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40"/>
        </w:rPr>
        <w:t>[FULL NAME]</w:t>
      </w:r>
    </w:p>
    <w:p>
      <w:pPr>
        <w:jc w:val="center"/>
      </w:pPr>
      <w:r>
        <w:t>[City, Country] | [Phone] | [Professional email] | [LinkedIn / Portfolio]</w:t>
      </w:r>
    </w:p>
    <w:p>
      <w:pPr>
        <w:pStyle w:val="Heading2"/>
      </w:pPr>
      <w:r>
        <w:t>Professional Profile</w:t>
      </w:r>
    </w:p>
    <w:p>
      <w:r>
        <w:t>[Write 3–4 lines connecting your relevant experience, strongest skills and the role you are targeting. Avoid vague claims; use evidence where possible.]</w:t>
      </w:r>
    </w:p>
    <w:p>
      <w:pPr>
        <w:pStyle w:val="Heading2"/>
      </w:pPr>
      <w:r>
        <w:t>Core Skills</w:t>
      </w:r>
    </w:p>
    <w:p>
      <w:r>
        <w:t>[Skill 1]  •  [Skill 2]  •  [Skill 3]  •  [Tools / systems]  •  [Languages]</w:t>
      </w:r>
    </w:p>
    <w:p>
      <w:pPr>
        <w:pStyle w:val="Heading2"/>
      </w:pPr>
      <w:r>
        <w:t>Professional Experience</w:t>
      </w:r>
    </w:p>
    <w:p>
      <w:r>
        <w:rPr>
          <w:b/>
        </w:rPr>
        <w:t>[Job Title] — [Employer], [Location] | [Month Year–Month Year]</w:t>
      </w:r>
    </w:p>
    <w:p>
      <w:pPr>
        <w:pStyle w:val="ListBullet"/>
      </w:pPr>
      <w:r>
        <w:t>[Action verb] + what you did + context or tool used.</w:t>
      </w:r>
    </w:p>
    <w:p>
      <w:pPr>
        <w:pStyle w:val="ListBullet"/>
      </w:pPr>
      <w:r>
        <w:t>[Add a result, scale or improvement if you can verify it.]</w:t>
      </w:r>
    </w:p>
    <w:p>
      <w:pPr>
        <w:pStyle w:val="ListBullet"/>
      </w:pPr>
      <w:r>
        <w:t>[Include only relevant duties and achievements.]</w:t>
      </w:r>
    </w:p>
    <w:p>
      <w:r>
        <w:rPr>
          <w:b/>
        </w:rPr>
        <w:t>[Previous Job Title] — [Employer], [Location] | [Month Year–Month Year]</w:t>
      </w:r>
    </w:p>
    <w:p>
      <w:pPr>
        <w:pStyle w:val="ListBullet"/>
      </w:pPr>
      <w:r>
        <w:t>[Action verb] + what you did + context or tool used.</w:t>
      </w:r>
    </w:p>
    <w:p>
      <w:pPr>
        <w:pStyle w:val="ListBullet"/>
      </w:pPr>
      <w:r>
        <w:t>[Add a result, scale or improvement if you can verify it.]</w:t>
      </w:r>
    </w:p>
    <w:p>
      <w:pPr>
        <w:pStyle w:val="ListBullet"/>
      </w:pPr>
      <w:r>
        <w:t>[Include only relevant duties and achievements.]</w:t>
      </w:r>
    </w:p>
    <w:p>
      <w:pPr>
        <w:pStyle w:val="Heading2"/>
      </w:pPr>
      <w:r>
        <w:t>Education &amp; Certifications</w:t>
      </w:r>
    </w:p>
    <w:p>
      <w:r>
        <w:t>[Qualification] — [Institution], [Year]</w:t>
      </w:r>
    </w:p>
    <w:p>
      <w:r>
        <w:t>[Relevant certification or training] — [Provider], [Year]</w:t>
      </w:r>
    </w:p>
    <w:p>
      <w:pPr>
        <w:pStyle w:val="Heading2"/>
      </w:pPr>
      <w:r>
        <w:t>Additional Information</w:t>
      </w:r>
    </w:p>
    <w:p>
      <w:r>
        <w:t>[Languages, work authorization where relevant, professional memberships or portfolio links. Include personal information only when appropriate for the role and country.]</w:t>
      </w:r>
    </w:p>
    <w:p>
      <w:r>
        <w:t>Template guidance: Replace all bracketed prompts, verify every claim and save a clean PDF before applying. Keep the CV concise and tailor it to each vacancy.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